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שבוע הבטיחות ואת הנושא של 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בבית, בחצר, בטבע וברשת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במצב מסוכן ולמי פונים לעזרה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א׳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סיור לאיתור סכנות וכתיבת כללי 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התוכנית בנויה על 5 ימים, יום א׳ עד יום 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חצייה בטוחה מתורגלת ביום ד׳, לא ביום הטבע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מתכני יום הטבע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יום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(בטיחות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(בטיחות בחצר)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(בטיחות בטבע)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(בדרך וברשת)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ימי השבוע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החצר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הטבע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בדרך וברשת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שכל התחייבות קשורה לנושא מתאים ומנוסחת בבירור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מסתכלים לצדדים וחוצים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סכנות בטבע ומה עושים כשהולכים לאיבוד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עלול לסכן את התלמיד או מישהו אחר, וחשוב לקבל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כל חלק בדף ביום המתאים לו בשבוע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דיון קצר בעל פה לפני המטלות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דוגמאות אישיות מחיי היומיום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במהלך שבוע הבטיחות לומדים כל יום נושא אחר – הבית, החצר, הטבע, הדרך והרשת – כדי לדעת איך לזהות סכנות ולהתנהג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ב׳  ·  לחצות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יום בשבוע הבטיחות עוסקים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ג׳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ד׳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ביום החצר?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 תרחישי 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סיור לאיתור סכנות וכתיבת כללי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תרגול שיחה למד״א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 הבטיחות נמשך חמישה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הטבע מתרגלים חצייה בטוחה.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הטבע לומדים מה עושים כשהולכים לאיבוד.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ביום __________ מסיירים בחצר כדי למצוא מוקדי סכנה.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חצייה צריך לעצור, להסתכל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יום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יום א׳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בטיחות בחצר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יום ב׳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בטיחות בטבע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יום ג׳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בדרך וברשת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יום ד׳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בטיחות בבית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ימי השבוע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החצר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בדרך וברשת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הטבע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התחייבויות בטיחות שהייתם רוצים לקיים השבוע בבית, בחצר וברשת.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לפני שחוצים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הנושא של יום הטבע בשבוע הבטיחות?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