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שבוע הבטיחות ואת הנושא של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בבית, בחצר, בטבע וברשת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במצב מסוכן ולמי פונים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א׳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סיור לאיתור סכנות וכתיבת כללי 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חצייה בטוחה ותרחישי 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תעודת שגריר/ת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סיור בטיחות עם ההורים ומילוי רשימת 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התוכנית בנויה על 5 ימים, יום א׳ עד יום 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חצייה בטוחה מתורגלת ביום ד׳, לא ביום הטבע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מתכני יום הטבע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מבחן בטיחות קבוצתי וקלפי 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אסור לשמור בסוד מידע שמסכן אותנו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שגריר/ת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מד״א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יום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(בטיחות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(בטיחות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(בטיחות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(בדרך וברשת)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(חגיגת הבטיחות)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ימי השבוע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החצר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הטבע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בדרך וברשת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חגיגת הבטיחות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שכל התחייבות קשורה לנושא מתאים ומנוסחת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לציין שלא שומרים סוד מסוכן ופונים למבוגר אמין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מסתכלים לצדדים וחוצים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סכנות בטבע ומה עושים כשהולכים לאיבוד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עלול לסכן את התלמיד או מישהו אחר, וחשוב לקבל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כל חלק בדף ביום המתאים לו בשבוע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דיון קצר בעל פה לפני המטלות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דוגמאות אישיות מחיי היומיום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יום בשבוע לומדים נושא בטיחות אחר. הדף עוזר לתרגל את הדברים החשובים.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שיכול לגרום לפגיעה או לתאונה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מוקד סכנה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יש סיכוי גבוה שתקרה תאונה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חצייה בטוחה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לעצור, להסתכל לצדדים ואז לחצות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תרחיש 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שיכול לקרות באינטרנט, כמו הודעה ממישהו זר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 מסוכן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שמבקשים ממך להסתיר ושעלול לפגוע בך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מד״א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מגן דוד אדום – גוף שעוזר במקרה חירום רפואי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שגריר/ת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או תלמידה שמתחייבים לשמור על כללי בטיחות ולהפיץ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סיור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מסודרת כדי לאתר סכנות אפשריות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לומדים על בטיחות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ביום של החצר?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תרחישי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סיור לאיתור סכנות וכתיבת כללי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תרגול שיחה למד״א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סיור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לומדים ביום הרביעי?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מה עושים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חצייה בטוחה ותרחישי 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כללי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בטיחות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מקבלים ביום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כספי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תעודת שגריר/ת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בבית ביום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סיור בטיחות עם ההורים ומילוי רשימת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הבטיחות נמשך חמישה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הטבע מתרגלים חצייה בטוחה.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הטבע לומדים מה עושים כשהולכים לאיבוד.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החגיגה אין שום פעילות קבוצתית.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סוד מסוכן הוא מידע שחשוב לשתף עם מבוגר אמין.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__________ מסיירים בחצר כדי למצוא מוקדי סכנה.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חצייה צריך לעצור, להסתכל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מקבלים ברשת הודעה מוזרה חשוב לספר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ה׳ כל תלמיד ותלמידה מקבלים תעודת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במקרה חירום רפואי מתקשרים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יום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יום א׳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בטיחות בחצר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ב׳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חגיגת הבטיחות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ג׳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בטיחות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בטיחות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ה׳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בדרך וברשת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ימי השבוע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החצר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הטבע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חגיגת הבטיחות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וברשת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התחייבויות בטיחות שהייתם רוצים לקיים השבוע בבית, בחצר וברשת.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קיבלתם ברשת בקשה לשמור סוד, ומה הייתם עושים.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הנושא של יום הטבע בשבוע הבטיחות?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לשמור סוד מסוכן בלי לספר למבוגר?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