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שבוע הבטיחות ואת הנושא של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בבית, בחצר, בטבע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במצב מסוכן ולמי פונים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סיור לאיתור סכנות וכתיבת כללי 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חצייה בטוחה ותרחישי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תעודת שגריר/ת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סיור בטיחות עם ההורים ומילוי רשימת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בנויה על 5 ימים, יום א׳ עד יום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חצייה בטוחה מתורגלת ביום ד׳, לא ביום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מתכני 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מבחן בטיחות קבוצתי וקלפי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אסור לשמור בסוד מידע שמסכן אותנו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שגריר/ת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יום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(בטיחות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(בטיחות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(בטיחות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(בדרך וברשת)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(חגיגת הבטיחות)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ימי השבוע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בדרך וברשת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חגיגת הבטיחות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שכל התחייבות קשורה לנושא מתאים ומנוסחת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לציין שלא שומרים סוד מסוכן ופונים למבוגר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 לצדדים וחוצים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סכנות בטבע ומה עושים כשהולכים לאיבוד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לסכן את התלמיד או מישהו אחר, וחשוב לקבל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כל חלק בדף ביום המתאים לו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בעל פה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דוגמאות אישיות מחיי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במהלך שבוע הבטיחות לומדים כל יום נושא אחר – הבית, החצר, הטבע, הדרך והרשת – כדי לדעת איך לזהות סכנות ולהתנהג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בשבוע הבטיחות עוסקים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ביום החצר?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תרחישי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סיור לאיתור סכנות וכתיבת כללי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תרגול שיחה למד״א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סיור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מתרגלים ביום ד׳?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מה עושים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חצייה בטוחה ותרחישי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כללי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בטיחות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בסוף שבוע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כספי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שגריר/ת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המשימה הביתה ביום א׳?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סיור בטיחות עם ההורים ומילוי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הבטיחות נמשך חמישה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הטבע מתרגלים חצייה 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הטבע לומדים מה עושים כשהולכים לאיבוד.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החגיגה אין שום פעילות קבוצתית.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מסוכן הוא מידע שחשוב לשתף עם מבוגר אמין.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מסיירים בחצר כדי למצוא מוקדי 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חצייה צריך לעצור, להסתכל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מקבלים ברשת הודעה מוזרה חשוב לספר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ה׳ כל תלמיד ותלמידה מקבלים תעודת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רפואי מתקשרים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יום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חגיגת הבטיחות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בטיחות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בטיחות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בטיחות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בדרך וברשת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ימי השבוע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הטבע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חגיגת הבטיחות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וברשת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התחייבויות בטיחות שהייתם רוצים לקיים השבוע בבית, בחצר וברשת.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קיבלתם ברשת בקשה לשמור סוד, ומה הייתם 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הנושא של יום הטבע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לשמור סוד מסוכן בלי לספר למבוגר?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